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single" w:sz="4" w:color="AAAAAA"/>
          <w:left w:val="single" w:sz="4" w:color="AAAAAA"/>
          <w:bottom w:val="single" w:sz="4" w:color="AAAAAA"/>
          <w:right w:val="single" w:sz="4" w:color="AAAAAA"/>
          <w:insideH w:val="single" w:sz="4" w:color="AAAAAA"/>
          <w:insideV w:val="single" w:sz="4" w:color="AAAAAA"/>
        </w:tblBorders>
        <w:tblLayout w:type="fixed"/>
        <w:tblW w:w="11340" w:type="dxa"/>
      </w:tblPr>
      <w:tblGrid>
        <w:gridCol w:w="5670"/>
        <w:gridCol w:w="5670"/>
      </w:tblGrid>
      <w:tr>
        <w:trPr>
          <w:trHeight w:val="8050" w:hRule="atLeast"/>
        </w:trPr>
        <w:tc>
          <w:tcPr>
            <w:tcW w:type="dxa" w:w="56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40000" cy="5358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xtEmTech_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358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My 30-day commitment</w:t>
            </w:r>
          </w:p>
          <w:p>
            <w:r>
              <w:rPr>
                <w:b w:val="0"/>
                <w:i w:val="0"/>
                <w:sz w:val="17"/>
                <w:szCs w:val="17"/>
              </w:rPr>
              <w:t>Name: ______________________________</w:t>
            </w:r>
          </w:p>
          <w:p>
            <w:r>
              <w:rPr>
                <w:b w:val="0"/>
                <w:i w:val="0"/>
                <w:sz w:val="17"/>
                <w:szCs w:val="17"/>
              </w:rPr>
              <w:t>Startup: ____________________________</w:t>
            </w:r>
          </w:p>
          <w:p>
            <w:r>
              <w:rPr>
                <w:b/>
                <w:i w:val="0"/>
                <w:sz w:val="17"/>
                <w:szCs w:val="17"/>
                <w:bCs/>
              </w:rPr>
              <w:t>In the next 30 days I will: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5329" w:type="dxa"/>
            </w:tblPr>
            <w:tblGrid>
              <w:gridCol w:w="2494"/>
              <w:gridCol w:w="1020"/>
              <w:gridCol w:w="1814"/>
            </w:tblGrid>
            <w:tr>
              <w:tc>
                <w:tcPr>
                  <w:tcW w:type="dxa" w:w="249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Action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By (date)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Evidence / KPI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</w:tbl>
          <w:p/>
          <w:p/>
          <w:p>
            <w:r>
              <w:rPr>
                <w:b/>
                <w:i w:val="0"/>
                <w:sz w:val="16"/>
                <w:szCs w:val="16"/>
                <w:bCs/>
              </w:rPr>
              <w:t>The tool I will use first:</w:t>
            </w:r>
          </w:p>
          <w:p>
            <w:r>
              <w:rPr>
                <w:b w:val="0"/>
                <w:i w:val="0"/>
                <w:sz w:val="15"/>
                <w:szCs w:val="15"/>
              </w:rPr>
              <w:t>☐ A3 plan  ☐ Test card  ☐ Backlog  ☐ Risk register  ☐ Weekly rhythm</w:t>
            </w:r>
          </w:p>
          <w:p>
            <w:r>
              <w:rPr>
                <w:b w:val="0"/>
                <w:i w:val="0"/>
                <w:sz w:val="16"/>
                <w:szCs w:val="16"/>
              </w:rPr>
              <w:t>My accountability partner: ______________________</w:t>
            </w:r>
          </w:p>
          <w:p>
            <w:r>
              <w:rPr>
                <w:b w:val="0"/>
                <w:i w:val="0"/>
                <w:sz w:val="16"/>
                <w:szCs w:val="16"/>
              </w:rPr>
              <w:t>Check-in with mySTARTUP on: ____ / ____ / 2026</w:t>
            </w:r>
          </w:p>
          <w:p>
            <w:r>
              <w:rPr>
                <w:b w:val="0"/>
                <w:i w:val="0"/>
                <w:color w:val="666666"/>
                <w:sz w:val="15"/>
                <w:szCs w:val="15"/>
              </w:rPr>
              <w:t xml:space="preserve">Handbook: </w:t>
            </w: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Hand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40000" cy="53581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xtEmTech_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358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My 30-day commitment</w:t>
            </w:r>
          </w:p>
          <w:p>
            <w:r>
              <w:rPr>
                <w:b w:val="0"/>
                <w:i w:val="0"/>
                <w:sz w:val="17"/>
                <w:szCs w:val="17"/>
              </w:rPr>
              <w:t>Name: ______________________________</w:t>
            </w:r>
          </w:p>
          <w:p>
            <w:r>
              <w:rPr>
                <w:b w:val="0"/>
                <w:i w:val="0"/>
                <w:sz w:val="17"/>
                <w:szCs w:val="17"/>
              </w:rPr>
              <w:t>Startup: ____________________________</w:t>
            </w:r>
          </w:p>
          <w:p>
            <w:r>
              <w:rPr>
                <w:b/>
                <w:i w:val="0"/>
                <w:sz w:val="17"/>
                <w:szCs w:val="17"/>
                <w:bCs/>
              </w:rPr>
              <w:t>In the next 30 days I will: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5329" w:type="dxa"/>
            </w:tblPr>
            <w:tblGrid>
              <w:gridCol w:w="2494"/>
              <w:gridCol w:w="1020"/>
              <w:gridCol w:w="1814"/>
            </w:tblGrid>
            <w:tr>
              <w:tc>
                <w:tcPr>
                  <w:tcW w:type="dxa" w:w="249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Action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By (date)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Evidence / KPI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</w:tbl>
          <w:p/>
          <w:p/>
          <w:p>
            <w:r>
              <w:rPr>
                <w:b/>
                <w:i w:val="0"/>
                <w:sz w:val="16"/>
                <w:szCs w:val="16"/>
                <w:bCs/>
              </w:rPr>
              <w:t>The tool I will use first:</w:t>
            </w:r>
          </w:p>
          <w:p>
            <w:r>
              <w:rPr>
                <w:b w:val="0"/>
                <w:i w:val="0"/>
                <w:sz w:val="15"/>
                <w:szCs w:val="15"/>
              </w:rPr>
              <w:t>☐ A3 plan  ☐ Test card  ☐ Backlog  ☐ Risk register  ☐ Weekly rhythm</w:t>
            </w:r>
          </w:p>
          <w:p>
            <w:r>
              <w:rPr>
                <w:b w:val="0"/>
                <w:i w:val="0"/>
                <w:sz w:val="16"/>
                <w:szCs w:val="16"/>
              </w:rPr>
              <w:t>My accountability partner: ______________________</w:t>
            </w:r>
          </w:p>
          <w:p>
            <w:r>
              <w:rPr>
                <w:b w:val="0"/>
                <w:i w:val="0"/>
                <w:sz w:val="16"/>
                <w:szCs w:val="16"/>
              </w:rPr>
              <w:t>Check-in with mySTARTUP on: ____ / ____ / 2026</w:t>
            </w:r>
          </w:p>
          <w:p>
            <w:r>
              <w:rPr>
                <w:b w:val="0"/>
                <w:i w:val="0"/>
                <w:color w:val="666666"/>
                <w:sz w:val="15"/>
                <w:szCs w:val="15"/>
              </w:rPr>
              <w:t xml:space="preserve">Handbook: </w:t>
            </w: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Hand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050" w:hRule="atLeast"/>
        </w:trPr>
        <w:tc>
          <w:tcPr>
            <w:tcW w:type="dxa" w:w="56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40000" cy="535814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xtEmTech_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358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My 30-day commitment</w:t>
            </w:r>
          </w:p>
          <w:p>
            <w:r>
              <w:rPr>
                <w:b w:val="0"/>
                <w:i w:val="0"/>
                <w:sz w:val="17"/>
                <w:szCs w:val="17"/>
              </w:rPr>
              <w:t>Name: ______________________________</w:t>
            </w:r>
          </w:p>
          <w:p>
            <w:r>
              <w:rPr>
                <w:b w:val="0"/>
                <w:i w:val="0"/>
                <w:sz w:val="17"/>
                <w:szCs w:val="17"/>
              </w:rPr>
              <w:t>Startup: ____________________________</w:t>
            </w:r>
          </w:p>
          <w:p>
            <w:r>
              <w:rPr>
                <w:b/>
                <w:i w:val="0"/>
                <w:sz w:val="17"/>
                <w:szCs w:val="17"/>
                <w:bCs/>
              </w:rPr>
              <w:t>In the next 30 days I will: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5329" w:type="dxa"/>
            </w:tblPr>
            <w:tblGrid>
              <w:gridCol w:w="2494"/>
              <w:gridCol w:w="1020"/>
              <w:gridCol w:w="1814"/>
            </w:tblGrid>
            <w:tr>
              <w:tc>
                <w:tcPr>
                  <w:tcW w:type="dxa" w:w="249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Action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By (date)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Evidence / KPI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</w:tbl>
          <w:p/>
          <w:p/>
          <w:p>
            <w:r>
              <w:rPr>
                <w:b/>
                <w:i w:val="0"/>
                <w:sz w:val="16"/>
                <w:szCs w:val="16"/>
                <w:bCs/>
              </w:rPr>
              <w:t>The tool I will use first:</w:t>
            </w:r>
          </w:p>
          <w:p>
            <w:r>
              <w:rPr>
                <w:b w:val="0"/>
                <w:i w:val="0"/>
                <w:sz w:val="15"/>
                <w:szCs w:val="15"/>
              </w:rPr>
              <w:t>☐ A3 plan  ☐ Test card  ☐ Backlog  ☐ Risk register  ☐ Weekly rhythm</w:t>
            </w:r>
          </w:p>
          <w:p>
            <w:r>
              <w:rPr>
                <w:b w:val="0"/>
                <w:i w:val="0"/>
                <w:sz w:val="16"/>
                <w:szCs w:val="16"/>
              </w:rPr>
              <w:t>My accountability partner: ______________________</w:t>
            </w:r>
          </w:p>
          <w:p>
            <w:r>
              <w:rPr>
                <w:b w:val="0"/>
                <w:i w:val="0"/>
                <w:sz w:val="16"/>
                <w:szCs w:val="16"/>
              </w:rPr>
              <w:t>Check-in with mySTARTUP on: ____ / ____ / 2026</w:t>
            </w:r>
          </w:p>
          <w:p>
            <w:r>
              <w:rPr>
                <w:b w:val="0"/>
                <w:i w:val="0"/>
                <w:color w:val="666666"/>
                <w:sz w:val="15"/>
                <w:szCs w:val="15"/>
              </w:rPr>
              <w:t xml:space="preserve">Handbook: </w:t>
            </w: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Hand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40000" cy="535814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xtEmTech_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358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My 30-day commitment</w:t>
            </w:r>
          </w:p>
          <w:p>
            <w:r>
              <w:rPr>
                <w:b w:val="0"/>
                <w:i w:val="0"/>
                <w:sz w:val="17"/>
                <w:szCs w:val="17"/>
              </w:rPr>
              <w:t>Name: ______________________________</w:t>
            </w:r>
          </w:p>
          <w:p>
            <w:r>
              <w:rPr>
                <w:b w:val="0"/>
                <w:i w:val="0"/>
                <w:sz w:val="17"/>
                <w:szCs w:val="17"/>
              </w:rPr>
              <w:t>Startup: ____________________________</w:t>
            </w:r>
          </w:p>
          <w:p>
            <w:r>
              <w:rPr>
                <w:b/>
                <w:i w:val="0"/>
                <w:sz w:val="17"/>
                <w:szCs w:val="17"/>
                <w:bCs/>
              </w:rPr>
              <w:t>In the next 30 days I will: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5329" w:type="dxa"/>
            </w:tblPr>
            <w:tblGrid>
              <w:gridCol w:w="2494"/>
              <w:gridCol w:w="1020"/>
              <w:gridCol w:w="1814"/>
            </w:tblGrid>
            <w:tr>
              <w:tc>
                <w:tcPr>
                  <w:tcW w:type="dxa" w:w="249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Action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By (date)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4"/>
                      <w:szCs w:val="14"/>
                      <w:bCs/>
                    </w:rPr>
                    <w:t>Evidence / KPI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494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814"/>
                </w:tcPr>
                <w:p/>
              </w:tc>
            </w:tr>
          </w:tbl>
          <w:p/>
          <w:p/>
          <w:p>
            <w:r>
              <w:rPr>
                <w:b/>
                <w:i w:val="0"/>
                <w:sz w:val="16"/>
                <w:szCs w:val="16"/>
                <w:bCs/>
              </w:rPr>
              <w:t>The tool I will use first:</w:t>
            </w:r>
          </w:p>
          <w:p>
            <w:r>
              <w:rPr>
                <w:b w:val="0"/>
                <w:i w:val="0"/>
                <w:sz w:val="15"/>
                <w:szCs w:val="15"/>
              </w:rPr>
              <w:t>☐ A3 plan  ☐ Test card  ☐ Backlog  ☐ Risk register  ☐ Weekly rhythm</w:t>
            </w:r>
          </w:p>
          <w:p>
            <w:r>
              <w:rPr>
                <w:b w:val="0"/>
                <w:i w:val="0"/>
                <w:sz w:val="16"/>
                <w:szCs w:val="16"/>
              </w:rPr>
              <w:t>My accountability partner: ______________________</w:t>
            </w:r>
          </w:p>
          <w:p>
            <w:r>
              <w:rPr>
                <w:b w:val="0"/>
                <w:i w:val="0"/>
                <w:sz w:val="16"/>
                <w:szCs w:val="16"/>
              </w:rPr>
              <w:t>Check-in with mySTARTUP on: ____ / ____ / 2026</w:t>
            </w:r>
          </w:p>
          <w:p>
            <w:r>
              <w:rPr>
                <w:b w:val="0"/>
                <w:i w:val="0"/>
                <w:color w:val="666666"/>
                <w:sz w:val="15"/>
                <w:szCs w:val="15"/>
              </w:rPr>
              <w:t xml:space="preserve">Handbook: </w:t>
            </w: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Hand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283" w:right="283" w:bottom="283" w:left="283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