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single" w:sz="4" w:color="AAAAAA"/>
          <w:left w:val="single" w:sz="4" w:color="AAAAAA"/>
          <w:bottom w:val="single" w:sz="4" w:color="AAAAAA"/>
          <w:right w:val="single" w:sz="4" w:color="AAAAAA"/>
          <w:insideH w:val="single" w:sz="4" w:color="AAAAAA"/>
          <w:insideV w:val="single" w:sz="4" w:color="AAAAAA"/>
        </w:tblBorders>
        <w:bidiVisual/>
        <w:tblLayout w:type="fixed"/>
        <w:tblW w:w="11340" w:type="dxa"/>
      </w:tblPr>
      <w:tblGrid>
        <w:gridCol w:w="5670"/>
        <w:gridCol w:w="5670"/>
      </w:tblGrid>
      <w:tr>
        <w:trPr>
          <w:trHeight w:val="8050" w:hRule="atLeast"/>
        </w:trPr>
        <w:tc>
          <w:tcPr>
            <w:tcW w:type="dxa" w:w="5669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440000" cy="5358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xtEmTech_logo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5358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التزامي لمدة 30 يوماً</w:t>
            </w:r>
          </w:p>
          <w:p>
            <w:pPr>
              <w:bidi/>
            </w:pPr>
            <w:r>
              <w:rPr>
                <w:b w:val="0"/>
                <w:i w:val="0"/>
                <w:sz w:val="17"/>
                <w:rtl/>
                <w:szCs w:val="17"/>
              </w:rPr>
              <w:t>الاسم: ______________________________</w:t>
            </w:r>
          </w:p>
          <w:p>
            <w:pPr>
              <w:bidi/>
            </w:pPr>
            <w:r>
              <w:rPr>
                <w:b w:val="0"/>
                <w:i w:val="0"/>
                <w:sz w:val="17"/>
                <w:rtl/>
                <w:szCs w:val="17"/>
              </w:rPr>
              <w:t>الشركة الناشئة: ____________________________</w:t>
            </w:r>
          </w:p>
          <w:p>
            <w:pPr>
              <w:bidi/>
            </w:pPr>
            <w:r>
              <w:rPr>
                <w:b/>
                <w:i w:val="0"/>
                <w:sz w:val="17"/>
                <w:rtl/>
                <w:szCs w:val="17"/>
                <w:bCs/>
              </w:rPr>
              <w:t>خلال الأيام الثلاثين القادمة سوف: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  <w:tblLayout w:type="fixed"/>
              <w:tblW w:w="5329" w:type="dxa"/>
            </w:tblPr>
            <w:tblGrid>
              <w:gridCol w:w="2494"/>
              <w:gridCol w:w="1020"/>
              <w:gridCol w:w="1814"/>
            </w:tblGrid>
            <w:tr>
              <w:tc>
                <w:tcPr>
                  <w:tcW w:type="dxa" w:w="249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4"/>
                      <w:rtl/>
                      <w:szCs w:val="14"/>
                      <w:bCs/>
                    </w:rPr>
                    <w:t>الإجراء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4"/>
                      <w:rtl/>
                      <w:szCs w:val="14"/>
                      <w:bCs/>
                    </w:rPr>
                    <w:t>بحلول (التاريخ)</w:t>
                  </w:r>
                </w:p>
              </w:tc>
              <w:tc>
                <w:tcPr>
                  <w:tcW w:type="dxa" w:w="181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4"/>
                      <w:rtl/>
                      <w:szCs w:val="14"/>
                      <w:bCs/>
                    </w:rPr>
                    <w:t>الدليل / المؤشر</w:t>
                  </w:r>
                </w:p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</w:tbl>
          <w:p/>
          <w:p>
            <w:pPr>
              <w:bidi/>
            </w:pPr>
          </w:p>
          <w:p>
            <w:pPr>
              <w:bidi/>
            </w:pPr>
            <w:r>
              <w:rPr>
                <w:b/>
                <w:i w:val="0"/>
                <w:sz w:val="16"/>
                <w:rtl/>
                <w:szCs w:val="16"/>
                <w:bCs/>
              </w:rPr>
              <w:t>الأداة التي سأبدأ بها:</w:t>
            </w:r>
          </w:p>
          <w:p>
            <w:pPr>
              <w:bidi/>
            </w:pPr>
            <w:r>
              <w:rPr>
                <w:b w:val="0"/>
                <w:i w:val="0"/>
                <w:sz w:val="15"/>
                <w:rtl/>
                <w:szCs w:val="15"/>
              </w:rPr>
              <w:t>☐ خطة A3  ☐ بطاقة الاختبار  ☐ قائمة العمل  ☐ سجل المخاطر  ☐ الإيقاع الأسبوعي</w:t>
            </w:r>
          </w:p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شريكي في المساءلة: ______________________</w:t>
            </w:r>
          </w:p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المتابعة مع mySTARTUP في: ____ / ____ / 2026</w:t>
            </w:r>
          </w:p>
          <w:p>
            <w:pPr>
              <w:bidi/>
            </w:pPr>
            <w:r>
              <w:rPr>
                <w:b w:val="0"/>
                <w:i w:val="0"/>
                <w:color w:val="666666"/>
                <w:sz w:val="15"/>
                <w:rtl/>
                <w:szCs w:val="15"/>
              </w:rPr>
              <w:t xml:space="preserve">الدليل: </w:t>
            </w: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Handbook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440000" cy="535814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xtEmTech_logo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5358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التزامي لمدة 30 يوماً</w:t>
            </w:r>
          </w:p>
          <w:p>
            <w:pPr>
              <w:bidi/>
            </w:pPr>
            <w:r>
              <w:rPr>
                <w:b w:val="0"/>
                <w:i w:val="0"/>
                <w:sz w:val="17"/>
                <w:rtl/>
                <w:szCs w:val="17"/>
              </w:rPr>
              <w:t>الاسم: ______________________________</w:t>
            </w:r>
          </w:p>
          <w:p>
            <w:pPr>
              <w:bidi/>
            </w:pPr>
            <w:r>
              <w:rPr>
                <w:b w:val="0"/>
                <w:i w:val="0"/>
                <w:sz w:val="17"/>
                <w:rtl/>
                <w:szCs w:val="17"/>
              </w:rPr>
              <w:t>الشركة الناشئة: ____________________________</w:t>
            </w:r>
          </w:p>
          <w:p>
            <w:pPr>
              <w:bidi/>
            </w:pPr>
            <w:r>
              <w:rPr>
                <w:b/>
                <w:i w:val="0"/>
                <w:sz w:val="17"/>
                <w:rtl/>
                <w:szCs w:val="17"/>
                <w:bCs/>
              </w:rPr>
              <w:t>خلال الأيام الثلاثين القادمة سوف: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  <w:tblLayout w:type="fixed"/>
              <w:tblW w:w="5329" w:type="dxa"/>
            </w:tblPr>
            <w:tblGrid>
              <w:gridCol w:w="2494"/>
              <w:gridCol w:w="1020"/>
              <w:gridCol w:w="1814"/>
            </w:tblGrid>
            <w:tr>
              <w:tc>
                <w:tcPr>
                  <w:tcW w:type="dxa" w:w="249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4"/>
                      <w:rtl/>
                      <w:szCs w:val="14"/>
                      <w:bCs/>
                    </w:rPr>
                    <w:t>الإجراء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4"/>
                      <w:rtl/>
                      <w:szCs w:val="14"/>
                      <w:bCs/>
                    </w:rPr>
                    <w:t>بحلول (التاريخ)</w:t>
                  </w:r>
                </w:p>
              </w:tc>
              <w:tc>
                <w:tcPr>
                  <w:tcW w:type="dxa" w:w="181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4"/>
                      <w:rtl/>
                      <w:szCs w:val="14"/>
                      <w:bCs/>
                    </w:rPr>
                    <w:t>الدليل / المؤشر</w:t>
                  </w:r>
                </w:p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</w:tbl>
          <w:p/>
          <w:p>
            <w:pPr>
              <w:bidi/>
            </w:pPr>
          </w:p>
          <w:p>
            <w:pPr>
              <w:bidi/>
            </w:pPr>
            <w:r>
              <w:rPr>
                <w:b/>
                <w:i w:val="0"/>
                <w:sz w:val="16"/>
                <w:rtl/>
                <w:szCs w:val="16"/>
                <w:bCs/>
              </w:rPr>
              <w:t>الأداة التي سأبدأ بها:</w:t>
            </w:r>
          </w:p>
          <w:p>
            <w:pPr>
              <w:bidi/>
            </w:pPr>
            <w:r>
              <w:rPr>
                <w:b w:val="0"/>
                <w:i w:val="0"/>
                <w:sz w:val="15"/>
                <w:rtl/>
                <w:szCs w:val="15"/>
              </w:rPr>
              <w:t>☐ خطة A3  ☐ بطاقة الاختبار  ☐ قائمة العمل  ☐ سجل المخاطر  ☐ الإيقاع الأسبوعي</w:t>
            </w:r>
          </w:p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شريكي في المساءلة: ______________________</w:t>
            </w:r>
          </w:p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المتابعة مع mySTARTUP في: ____ / ____ / 2026</w:t>
            </w:r>
          </w:p>
          <w:p>
            <w:pPr>
              <w:bidi/>
            </w:pPr>
            <w:r>
              <w:rPr>
                <w:b w:val="0"/>
                <w:i w:val="0"/>
                <w:color w:val="666666"/>
                <w:sz w:val="15"/>
                <w:rtl/>
                <w:szCs w:val="15"/>
              </w:rPr>
              <w:t xml:space="preserve">الدليل: </w:t>
            </w: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Handbook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050" w:hRule="atLeast"/>
        </w:trPr>
        <w:tc>
          <w:tcPr>
            <w:tcW w:type="dxa" w:w="5669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440000" cy="535814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xtEmTech_logo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5358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التزامي لمدة 30 يوماً</w:t>
            </w:r>
          </w:p>
          <w:p>
            <w:pPr>
              <w:bidi/>
            </w:pPr>
            <w:r>
              <w:rPr>
                <w:b w:val="0"/>
                <w:i w:val="0"/>
                <w:sz w:val="17"/>
                <w:rtl/>
                <w:szCs w:val="17"/>
              </w:rPr>
              <w:t>الاسم: ______________________________</w:t>
            </w:r>
          </w:p>
          <w:p>
            <w:pPr>
              <w:bidi/>
            </w:pPr>
            <w:r>
              <w:rPr>
                <w:b w:val="0"/>
                <w:i w:val="0"/>
                <w:sz w:val="17"/>
                <w:rtl/>
                <w:szCs w:val="17"/>
              </w:rPr>
              <w:t>الشركة الناشئة: ____________________________</w:t>
            </w:r>
          </w:p>
          <w:p>
            <w:pPr>
              <w:bidi/>
            </w:pPr>
            <w:r>
              <w:rPr>
                <w:b/>
                <w:i w:val="0"/>
                <w:sz w:val="17"/>
                <w:rtl/>
                <w:szCs w:val="17"/>
                <w:bCs/>
              </w:rPr>
              <w:t>خلال الأيام الثلاثين القادمة سوف: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  <w:tblLayout w:type="fixed"/>
              <w:tblW w:w="5329" w:type="dxa"/>
            </w:tblPr>
            <w:tblGrid>
              <w:gridCol w:w="2494"/>
              <w:gridCol w:w="1020"/>
              <w:gridCol w:w="1814"/>
            </w:tblGrid>
            <w:tr>
              <w:tc>
                <w:tcPr>
                  <w:tcW w:type="dxa" w:w="249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4"/>
                      <w:rtl/>
                      <w:szCs w:val="14"/>
                      <w:bCs/>
                    </w:rPr>
                    <w:t>الإجراء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4"/>
                      <w:rtl/>
                      <w:szCs w:val="14"/>
                      <w:bCs/>
                    </w:rPr>
                    <w:t>بحلول (التاريخ)</w:t>
                  </w:r>
                </w:p>
              </w:tc>
              <w:tc>
                <w:tcPr>
                  <w:tcW w:type="dxa" w:w="181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4"/>
                      <w:rtl/>
                      <w:szCs w:val="14"/>
                      <w:bCs/>
                    </w:rPr>
                    <w:t>الدليل / المؤشر</w:t>
                  </w:r>
                </w:p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</w:tbl>
          <w:p/>
          <w:p>
            <w:pPr>
              <w:bidi/>
            </w:pPr>
          </w:p>
          <w:p>
            <w:pPr>
              <w:bidi/>
            </w:pPr>
            <w:r>
              <w:rPr>
                <w:b/>
                <w:i w:val="0"/>
                <w:sz w:val="16"/>
                <w:rtl/>
                <w:szCs w:val="16"/>
                <w:bCs/>
              </w:rPr>
              <w:t>الأداة التي سأبدأ بها:</w:t>
            </w:r>
          </w:p>
          <w:p>
            <w:pPr>
              <w:bidi/>
            </w:pPr>
            <w:r>
              <w:rPr>
                <w:b w:val="0"/>
                <w:i w:val="0"/>
                <w:sz w:val="15"/>
                <w:rtl/>
                <w:szCs w:val="15"/>
              </w:rPr>
              <w:t>☐ خطة A3  ☐ بطاقة الاختبار  ☐ قائمة العمل  ☐ سجل المخاطر  ☐ الإيقاع الأسبوعي</w:t>
            </w:r>
          </w:p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شريكي في المساءلة: ______________________</w:t>
            </w:r>
          </w:p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المتابعة مع mySTARTUP في: ____ / ____ / 2026</w:t>
            </w:r>
          </w:p>
          <w:p>
            <w:pPr>
              <w:bidi/>
            </w:pPr>
            <w:r>
              <w:rPr>
                <w:b w:val="0"/>
                <w:i w:val="0"/>
                <w:color w:val="666666"/>
                <w:sz w:val="15"/>
                <w:rtl/>
                <w:szCs w:val="15"/>
              </w:rPr>
              <w:t xml:space="preserve">الدليل: </w:t>
            </w: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Handbook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440000" cy="535814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xtEmTech_logo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5358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التزامي لمدة 30 يوماً</w:t>
            </w:r>
          </w:p>
          <w:p>
            <w:pPr>
              <w:bidi/>
            </w:pPr>
            <w:r>
              <w:rPr>
                <w:b w:val="0"/>
                <w:i w:val="0"/>
                <w:sz w:val="17"/>
                <w:rtl/>
                <w:szCs w:val="17"/>
              </w:rPr>
              <w:t>الاسم: ______________________________</w:t>
            </w:r>
          </w:p>
          <w:p>
            <w:pPr>
              <w:bidi/>
            </w:pPr>
            <w:r>
              <w:rPr>
                <w:b w:val="0"/>
                <w:i w:val="0"/>
                <w:sz w:val="17"/>
                <w:rtl/>
                <w:szCs w:val="17"/>
              </w:rPr>
              <w:t>الشركة الناشئة: ____________________________</w:t>
            </w:r>
          </w:p>
          <w:p>
            <w:pPr>
              <w:bidi/>
            </w:pPr>
            <w:r>
              <w:rPr>
                <w:b/>
                <w:i w:val="0"/>
                <w:sz w:val="17"/>
                <w:rtl/>
                <w:szCs w:val="17"/>
                <w:bCs/>
              </w:rPr>
              <w:t>خلال الأيام الثلاثين القادمة سوف: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  <w:tblLayout w:type="fixed"/>
              <w:tblW w:w="5329" w:type="dxa"/>
            </w:tblPr>
            <w:tblGrid>
              <w:gridCol w:w="2494"/>
              <w:gridCol w:w="1020"/>
              <w:gridCol w:w="1814"/>
            </w:tblGrid>
            <w:tr>
              <w:tc>
                <w:tcPr>
                  <w:tcW w:type="dxa" w:w="249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4"/>
                      <w:rtl/>
                      <w:szCs w:val="14"/>
                      <w:bCs/>
                    </w:rPr>
                    <w:t>الإجراء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4"/>
                      <w:rtl/>
                      <w:szCs w:val="14"/>
                      <w:bCs/>
                    </w:rPr>
                    <w:t>بحلول (التاريخ)</w:t>
                  </w:r>
                </w:p>
              </w:tc>
              <w:tc>
                <w:tcPr>
                  <w:tcW w:type="dxa" w:w="181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4"/>
                      <w:rtl/>
                      <w:szCs w:val="14"/>
                      <w:bCs/>
                    </w:rPr>
                    <w:t>الدليل / المؤشر</w:t>
                  </w:r>
                </w:p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</w:tbl>
          <w:p/>
          <w:p>
            <w:pPr>
              <w:bidi/>
            </w:pPr>
          </w:p>
          <w:p>
            <w:pPr>
              <w:bidi/>
            </w:pPr>
            <w:r>
              <w:rPr>
                <w:b/>
                <w:i w:val="0"/>
                <w:sz w:val="16"/>
                <w:rtl/>
                <w:szCs w:val="16"/>
                <w:bCs/>
              </w:rPr>
              <w:t>الأداة التي سأبدأ بها:</w:t>
            </w:r>
          </w:p>
          <w:p>
            <w:pPr>
              <w:bidi/>
            </w:pPr>
            <w:r>
              <w:rPr>
                <w:b w:val="0"/>
                <w:i w:val="0"/>
                <w:sz w:val="15"/>
                <w:rtl/>
                <w:szCs w:val="15"/>
              </w:rPr>
              <w:t>☐ خطة A3  ☐ بطاقة الاختبار  ☐ قائمة العمل  ☐ سجل المخاطر  ☐ الإيقاع الأسبوعي</w:t>
            </w:r>
          </w:p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شريكي في المساءلة: ______________________</w:t>
            </w:r>
          </w:p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المتابعة مع mySTARTUP في: ____ / ____ / 2026</w:t>
            </w:r>
          </w:p>
          <w:p>
            <w:pPr>
              <w:bidi/>
            </w:pPr>
            <w:r>
              <w:rPr>
                <w:b w:val="0"/>
                <w:i w:val="0"/>
                <w:color w:val="666666"/>
                <w:sz w:val="15"/>
                <w:rtl/>
                <w:szCs w:val="15"/>
              </w:rPr>
              <w:t xml:space="preserve">الدليل: </w:t>
            </w: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Handbook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pgSz w:w="11906" w:h="16838"/>
      <w:pgMar w:top="283" w:right="283" w:bottom="283" w:left="283" w:header="28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